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F3" w:rsidRPr="00AA7D93" w:rsidRDefault="00DB7F19">
      <w:pPr>
        <w:jc w:val="center"/>
        <w:rPr>
          <w:sz w:val="28"/>
        </w:rPr>
      </w:pPr>
      <w:r w:rsidRPr="00AA7D93">
        <w:rPr>
          <w:rFonts w:ascii="Calibri" w:hAnsi="Calibri"/>
          <w:b/>
          <w:color w:val="1F4E78"/>
          <w:sz w:val="44"/>
        </w:rPr>
        <w:t>SHIV KARAN COLLEGE OF EDUCATION, MATINDU</w:t>
      </w:r>
    </w:p>
    <w:p w:rsidR="006825F3" w:rsidRPr="00AA7D93" w:rsidRDefault="00DB7F19">
      <w:pPr>
        <w:jc w:val="center"/>
        <w:rPr>
          <w:sz w:val="28"/>
          <w:u w:val="single"/>
        </w:rPr>
      </w:pPr>
      <w:r w:rsidRPr="00AA7D93">
        <w:rPr>
          <w:rFonts w:ascii="Calibri" w:hAnsi="Calibri"/>
          <w:b/>
          <w:color w:val="595959"/>
          <w:sz w:val="36"/>
          <w:u w:val="single"/>
        </w:rPr>
        <w:t>DETAILS OF LIBRARY</w:t>
      </w:r>
    </w:p>
    <w:p w:rsidR="006825F3" w:rsidRDefault="006825F3"/>
    <w:tbl>
      <w:tblPr>
        <w:tblW w:w="0" w:type="auto"/>
        <w:jc w:val="center"/>
        <w:tblLook w:val="04A0"/>
      </w:tblPr>
      <w:tblGrid>
        <w:gridCol w:w="1152"/>
        <w:gridCol w:w="6048"/>
        <w:gridCol w:w="2160"/>
      </w:tblGrid>
      <w:tr w:rsidR="006825F3" w:rsidTr="00AA7D93">
        <w:trPr>
          <w:jc w:val="center"/>
        </w:trPr>
        <w:tc>
          <w:tcPr>
            <w:tcW w:w="1152" w:type="dxa"/>
            <w:tcBorders>
              <w:bottom w:val="single" w:sz="4" w:space="0" w:color="auto"/>
            </w:tcBorders>
            <w:shd w:val="clear" w:color="auto" w:fill="1F4E7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proofErr w:type="spellStart"/>
            <w:r w:rsidRPr="00AA7D93">
              <w:rPr>
                <w:rFonts w:ascii="Calibri" w:hAnsi="Calibri"/>
                <w:b/>
                <w:color w:val="FFFFFF"/>
                <w:sz w:val="28"/>
              </w:rPr>
              <w:t>S.No</w:t>
            </w:r>
            <w:proofErr w:type="spellEnd"/>
            <w:r w:rsidRPr="00AA7D93">
              <w:rPr>
                <w:rFonts w:ascii="Calibri" w:hAnsi="Calibri"/>
                <w:b/>
                <w:color w:val="FFFFFF"/>
                <w:sz w:val="28"/>
              </w:rPr>
              <w:t>.</w:t>
            </w:r>
          </w:p>
        </w:tc>
        <w:tc>
          <w:tcPr>
            <w:tcW w:w="6048" w:type="dxa"/>
            <w:tcBorders>
              <w:bottom w:val="single" w:sz="4" w:space="0" w:color="auto"/>
            </w:tcBorders>
            <w:shd w:val="clear" w:color="auto" w:fill="1F4E7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b/>
                <w:color w:val="FFFFFF"/>
                <w:sz w:val="28"/>
              </w:rPr>
              <w:t>Particulars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1F4E78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b/>
                <w:color w:val="FFFFFF"/>
                <w:sz w:val="28"/>
              </w:rPr>
              <w:t>Details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Total No. of Books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5004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2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Total No. of Titles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1786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3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Total No. of Dictionaries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37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4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 xml:space="preserve">Total No. of </w:t>
            </w:r>
            <w:r w:rsidR="00AA7D93" w:rsidRPr="00AA7D93">
              <w:rPr>
                <w:rFonts w:ascii="Calibri" w:hAnsi="Calibri"/>
                <w:color w:val="333333"/>
                <w:sz w:val="28"/>
              </w:rPr>
              <w:t>Encyclopedias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17 (56 Vol.)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5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Total No. of Journals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10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6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Total No. of Reference Books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378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7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Total No. of NCERT / H.B.S.E. Books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493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8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Total No. of Text Books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2472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9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Seating Capacity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40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10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Total Newspaper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5</w:t>
            </w:r>
          </w:p>
        </w:tc>
      </w:tr>
      <w:tr w:rsidR="006825F3" w:rsidTr="00AA7D93">
        <w:trPr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center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11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Total No. of Magazines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6825F3" w:rsidRPr="00AA7D93" w:rsidRDefault="00DB7F19">
            <w:pPr>
              <w:jc w:val="right"/>
              <w:rPr>
                <w:sz w:val="28"/>
              </w:rPr>
            </w:pPr>
            <w:r w:rsidRPr="00AA7D93">
              <w:rPr>
                <w:rFonts w:ascii="Calibri" w:hAnsi="Calibri"/>
                <w:color w:val="333333"/>
                <w:sz w:val="28"/>
              </w:rPr>
              <w:t>5</w:t>
            </w:r>
          </w:p>
        </w:tc>
      </w:tr>
    </w:tbl>
    <w:p w:rsidR="00DB7F19" w:rsidRDefault="00DB7F19"/>
    <w:sectPr w:rsidR="00DB7F19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8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13A76"/>
    <w:rsid w:val="0015074B"/>
    <w:rsid w:val="00175F25"/>
    <w:rsid w:val="0029639D"/>
    <w:rsid w:val="00326F90"/>
    <w:rsid w:val="006825F3"/>
    <w:rsid w:val="00AA1D8D"/>
    <w:rsid w:val="00AA7D93"/>
    <w:rsid w:val="00B47730"/>
    <w:rsid w:val="00CB0664"/>
    <w:rsid w:val="00DB7F1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PK</cp:lastModifiedBy>
  <cp:revision>3</cp:revision>
  <cp:lastPrinted>2026-08-07T04:24:00Z</cp:lastPrinted>
  <dcterms:created xsi:type="dcterms:W3CDTF">2026-08-07T04:22:00Z</dcterms:created>
  <dcterms:modified xsi:type="dcterms:W3CDTF">2026-08-07T04:24:00Z</dcterms:modified>
  <cp:category/>
</cp:coreProperties>
</file>